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79"/>
        <w:gridCol w:w="2374"/>
        <w:gridCol w:w="3400"/>
        <w:gridCol w:w="1878"/>
        <w:gridCol w:w="109"/>
      </w:tblGrid>
      <w:tr w:rsidR="004C724F" w:rsidRPr="005F2A25" w14:paraId="1E4075EE" w14:textId="77777777" w:rsidTr="002D6922">
        <w:trPr>
          <w:trHeight w:hRule="exact" w:val="1644"/>
        </w:trPr>
        <w:tc>
          <w:tcPr>
            <w:tcW w:w="18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99DA2" w14:textId="1DFC6EED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77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10F6" w14:textId="4AB71A2A" w:rsidR="005F2A25" w:rsidRPr="005F2A25" w:rsidRDefault="004322A7" w:rsidP="005F2A25">
            <w:pPr>
              <w:spacing w:line="221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T.C.</w:t>
            </w:r>
            <w:r w:rsidRPr="005F2A25">
              <w:rPr>
                <w:rFonts w:cs="Times New Roman"/>
                <w:b/>
                <w:sz w:val="18"/>
                <w:szCs w:val="18"/>
              </w:rPr>
              <w:br/>
            </w:r>
            <w:r w:rsidR="002D6922" w:rsidRPr="005F2A25">
              <w:rPr>
                <w:rFonts w:cs="Times New Roman"/>
                <w:b/>
                <w:sz w:val="18"/>
                <w:szCs w:val="18"/>
              </w:rPr>
              <w:t xml:space="preserve">YOZGAT </w:t>
            </w:r>
            <w:r w:rsidRPr="005F2A25">
              <w:rPr>
                <w:rFonts w:cs="Times New Roman"/>
                <w:b/>
                <w:sz w:val="18"/>
                <w:szCs w:val="18"/>
              </w:rPr>
              <w:t>BOZOK ÜNİVERSİTESİ</w:t>
            </w:r>
            <w:r w:rsidRPr="005F2A25">
              <w:rPr>
                <w:rFonts w:cs="Times New Roman"/>
                <w:b/>
                <w:sz w:val="18"/>
                <w:szCs w:val="18"/>
              </w:rPr>
              <w:br/>
            </w:r>
            <w:r w:rsidR="002D6922" w:rsidRPr="005F2A25">
              <w:rPr>
                <w:rFonts w:cs="Times New Roman"/>
                <w:b/>
                <w:sz w:val="18"/>
                <w:szCs w:val="18"/>
              </w:rPr>
              <w:t>…………..</w:t>
            </w:r>
            <w:r w:rsidRPr="005F2A25">
              <w:rPr>
                <w:rFonts w:cs="Times New Roman"/>
                <w:b/>
                <w:sz w:val="18"/>
                <w:szCs w:val="18"/>
              </w:rPr>
              <w:t xml:space="preserve"> FAKÜLTESİ</w:t>
            </w:r>
            <w:r w:rsidR="002D6922" w:rsidRPr="005F2A25">
              <w:rPr>
                <w:rFonts w:cs="Times New Roman"/>
                <w:b/>
                <w:sz w:val="18"/>
                <w:szCs w:val="18"/>
              </w:rPr>
              <w:t>/YO/MYO</w:t>
            </w:r>
            <w:r w:rsidRPr="005F2A25">
              <w:rPr>
                <w:rFonts w:cs="Times New Roman"/>
                <w:b/>
                <w:sz w:val="18"/>
                <w:szCs w:val="18"/>
              </w:rPr>
              <w:br/>
              <w:t>DEKANLIĞI</w:t>
            </w:r>
            <w:r w:rsidR="002D6922" w:rsidRPr="005F2A25">
              <w:rPr>
                <w:rFonts w:cs="Times New Roman"/>
                <w:b/>
                <w:sz w:val="18"/>
                <w:szCs w:val="18"/>
              </w:rPr>
              <w:t>/MÜDÜRLÜĞÜ</w:t>
            </w:r>
          </w:p>
          <w:p w14:paraId="44E2BB19" w14:textId="77777777" w:rsidR="002D6922" w:rsidRPr="005F2A25" w:rsidRDefault="002D6922" w:rsidP="005F2A25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4A7A6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4E47EF6F" w14:textId="77777777" w:rsidTr="002D6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567"/>
        </w:trPr>
        <w:tc>
          <w:tcPr>
            <w:tcW w:w="95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F8F125" w14:textId="748A6910" w:rsidR="004C724F" w:rsidRPr="005F2A25" w:rsidRDefault="004322A7" w:rsidP="002D692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bookmarkStart w:id="0" w:name="_GoBack"/>
            <w:r w:rsidRPr="005F2A25">
              <w:rPr>
                <w:rFonts w:cs="Times New Roman"/>
                <w:b/>
                <w:sz w:val="18"/>
                <w:szCs w:val="18"/>
              </w:rPr>
              <w:t>D</w:t>
            </w:r>
            <w:bookmarkEnd w:id="0"/>
            <w:r w:rsidRPr="005F2A25">
              <w:rPr>
                <w:rFonts w:cs="Times New Roman"/>
                <w:b/>
                <w:sz w:val="18"/>
                <w:szCs w:val="18"/>
              </w:rPr>
              <w:t xml:space="preserve">İSİPLİN </w:t>
            </w:r>
            <w:r w:rsidR="002D6922" w:rsidRPr="005F2A25">
              <w:rPr>
                <w:rFonts w:cs="Times New Roman"/>
                <w:b/>
                <w:sz w:val="18"/>
                <w:szCs w:val="18"/>
              </w:rPr>
              <w:t xml:space="preserve">CEZASI </w:t>
            </w:r>
            <w:r w:rsidRPr="005F2A25">
              <w:rPr>
                <w:rFonts w:cs="Times New Roman"/>
                <w:b/>
                <w:sz w:val="18"/>
                <w:szCs w:val="18"/>
              </w:rPr>
              <w:t>RAPOR ÖZETİ</w:t>
            </w:r>
          </w:p>
        </w:tc>
      </w:tr>
      <w:tr w:rsidR="004C724F" w:rsidRPr="005F2A25" w14:paraId="26E14F4E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624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8B94ABE" w14:textId="2BB64D85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 xml:space="preserve">CEZA ALDIĞI </w:t>
            </w:r>
            <w:r w:rsidR="002D6922" w:rsidRPr="005F2A25">
              <w:rPr>
                <w:rFonts w:cs="Times New Roman"/>
                <w:b/>
                <w:sz w:val="18"/>
                <w:szCs w:val="18"/>
              </w:rPr>
              <w:t>BİRİM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753790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4007AB68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624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AC1B75" w14:textId="3D80F8AE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BÖLÜM</w:t>
            </w:r>
            <w:r w:rsidR="002D6922" w:rsidRPr="005F2A25">
              <w:rPr>
                <w:rFonts w:cs="Times New Roman"/>
                <w:b/>
                <w:sz w:val="18"/>
                <w:szCs w:val="18"/>
              </w:rPr>
              <w:t>/PROGRAM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1A63337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739207C4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624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479A3D" w14:textId="77777777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ÖĞRENCİ NO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2F4C764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D6922" w:rsidRPr="005F2A25" w14:paraId="18D42374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624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DFEE85" w14:textId="3F3B75A0" w:rsidR="002D6922" w:rsidRPr="005F2A25" w:rsidRDefault="002D6922">
            <w:pPr>
              <w:rPr>
                <w:rFonts w:cs="Times New Roman"/>
                <w:b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TC KİMLİK NO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4CE4906" w14:textId="77777777" w:rsidR="002D6922" w:rsidRPr="005F2A25" w:rsidRDefault="002D6922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5D9112B9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624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440D7A3" w14:textId="77777777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ADI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9D59F7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262A2247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624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8833AD" w14:textId="77777777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SOYADI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1333FFB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4EC30D2B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624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C719AD" w14:textId="77777777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ÜNİVERSİTEYE KAYIT TARİHİ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30AF55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72A96EF0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624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DD1ACA" w14:textId="77777777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İŞLENEN SUÇ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C598E00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0D83601C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624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11DE54" w14:textId="77777777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BİR ÖNCE VERİLEN CEZA (VARSA)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8B2124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1CC624E9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1247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0AD9BB" w14:textId="77777777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VERİLEN CEZA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4FA052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4C5CE2AF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1587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82BE2E" w14:textId="6A8D47CB" w:rsidR="004C724F" w:rsidRPr="005F2A25" w:rsidRDefault="002D6922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 xml:space="preserve">2547 SAYILI YÜKSEKÖĞRETİM KANUNUN 54 ÜNCÜ MADDESİNİN </w:t>
            </w:r>
            <w:r w:rsidR="004322A7" w:rsidRPr="005F2A25">
              <w:rPr>
                <w:rFonts w:cs="Times New Roman"/>
                <w:b/>
                <w:sz w:val="18"/>
                <w:szCs w:val="18"/>
              </w:rPr>
              <w:t>İLGİLİ FIKRASI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C6EC1D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C724F" w:rsidRPr="005F2A25" w14:paraId="64D803D7" w14:textId="77777777" w:rsidTr="001F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9" w:type="dxa"/>
          <w:trHeight w:hRule="exact" w:val="928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2713EB9" w14:textId="77777777" w:rsidR="004C724F" w:rsidRPr="005F2A25" w:rsidRDefault="004322A7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b/>
                <w:sz w:val="18"/>
                <w:szCs w:val="18"/>
              </w:rPr>
              <w:t>CEZANIN BAŞLAMA VE BİTİŞ TARİHİ</w:t>
            </w:r>
          </w:p>
        </w:tc>
        <w:tc>
          <w:tcPr>
            <w:tcW w:w="5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D800F4E" w14:textId="77777777" w:rsidR="004C724F" w:rsidRPr="005F2A25" w:rsidRDefault="004C724F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36955A6F" w14:textId="77777777" w:rsidR="004C724F" w:rsidRPr="005F2A25" w:rsidRDefault="004C724F" w:rsidP="005F2A25">
      <w:pPr>
        <w:rPr>
          <w:rFonts w:cs="Times New Roman"/>
          <w:sz w:val="18"/>
          <w:szCs w:val="18"/>
        </w:rPr>
      </w:pPr>
    </w:p>
    <w:tbl>
      <w:tblPr>
        <w:tblW w:w="9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4C724F" w:rsidRPr="005F2A25" w14:paraId="1D91FB47" w14:textId="77777777">
        <w:trPr>
          <w:trHeight w:hRule="exact" w:val="1361"/>
        </w:trPr>
        <w:tc>
          <w:tcPr>
            <w:tcW w:w="482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E08739" w14:textId="77777777" w:rsidR="002D6922" w:rsidRPr="005F2A25" w:rsidRDefault="002D6922">
            <w:pPr>
              <w:rPr>
                <w:rFonts w:cs="Times New Roman"/>
                <w:sz w:val="18"/>
                <w:szCs w:val="18"/>
              </w:rPr>
            </w:pPr>
          </w:p>
          <w:p w14:paraId="15625E7A" w14:textId="26C8DF1B" w:rsidR="004C724F" w:rsidRPr="005F2A25" w:rsidRDefault="002D6922">
            <w:pPr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sz w:val="18"/>
                <w:szCs w:val="18"/>
              </w:rPr>
              <w:t>Kayıtlarımıza uygundur.</w:t>
            </w:r>
          </w:p>
        </w:tc>
        <w:tc>
          <w:tcPr>
            <w:tcW w:w="482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BE12E1" w14:textId="77777777" w:rsidR="002D6922" w:rsidRPr="005F2A25" w:rsidRDefault="002D69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DF7247C" w14:textId="77777777" w:rsidR="002D6922" w:rsidRPr="005F2A25" w:rsidRDefault="002D6922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79CF3786" w14:textId="6C83887A" w:rsidR="004C724F" w:rsidRPr="005F2A25" w:rsidRDefault="004322A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F2A25">
              <w:rPr>
                <w:rFonts w:cs="Times New Roman"/>
                <w:sz w:val="18"/>
                <w:szCs w:val="18"/>
              </w:rPr>
              <w:t>............................................................</w:t>
            </w:r>
            <w:r w:rsidRPr="005F2A25">
              <w:rPr>
                <w:rFonts w:cs="Times New Roman"/>
                <w:sz w:val="18"/>
                <w:szCs w:val="18"/>
              </w:rPr>
              <w:br/>
            </w:r>
            <w:r w:rsidRPr="005F2A25">
              <w:rPr>
                <w:rFonts w:cs="Times New Roman"/>
                <w:b/>
                <w:sz w:val="18"/>
                <w:szCs w:val="18"/>
              </w:rPr>
              <w:t>Dekan</w:t>
            </w:r>
            <w:r w:rsidR="002D6922" w:rsidRPr="005F2A25">
              <w:rPr>
                <w:rFonts w:cs="Times New Roman"/>
                <w:b/>
                <w:sz w:val="18"/>
                <w:szCs w:val="18"/>
              </w:rPr>
              <w:t>/Müdür</w:t>
            </w:r>
          </w:p>
        </w:tc>
      </w:tr>
    </w:tbl>
    <w:p w14:paraId="0461A658" w14:textId="77777777" w:rsidR="004322A7" w:rsidRPr="005F2A25" w:rsidRDefault="004322A7" w:rsidP="005F2A25">
      <w:pPr>
        <w:rPr>
          <w:rFonts w:cs="Times New Roman"/>
          <w:sz w:val="18"/>
          <w:szCs w:val="18"/>
        </w:rPr>
      </w:pPr>
    </w:p>
    <w:sectPr w:rsidR="004322A7" w:rsidRPr="005F2A25" w:rsidSect="005F2A25">
      <w:headerReference w:type="default" r:id="rId8"/>
      <w:footerReference w:type="default" r:id="rId9"/>
      <w:pgSz w:w="11906" w:h="16838"/>
      <w:pgMar w:top="454" w:right="1134" w:bottom="454" w:left="1134" w:header="5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467A9" w14:textId="77777777" w:rsidR="00280C7A" w:rsidRDefault="00280C7A" w:rsidP="005F2A25">
      <w:r>
        <w:separator/>
      </w:r>
    </w:p>
  </w:endnote>
  <w:endnote w:type="continuationSeparator" w:id="0">
    <w:p w14:paraId="638B4491" w14:textId="77777777" w:rsidR="00280C7A" w:rsidRDefault="00280C7A" w:rsidP="005F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278"/>
      <w:gridCol w:w="3299"/>
      <w:gridCol w:w="3277"/>
    </w:tblGrid>
    <w:tr w:rsidR="005F2A25" w:rsidRPr="00305072" w14:paraId="11896C17" w14:textId="77777777" w:rsidTr="00FC460B"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031A9BC4" w14:textId="77777777" w:rsidR="005F2A25" w:rsidRPr="00305072" w:rsidRDefault="005F2A25" w:rsidP="005F2A25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  <w:sz w:val="16"/>
              <w:szCs w:val="16"/>
            </w:rPr>
          </w:pPr>
          <w:r w:rsidRPr="00305072">
            <w:rPr>
              <w:rFonts w:eastAsia="Calibri"/>
              <w:b/>
              <w:sz w:val="16"/>
              <w:szCs w:val="16"/>
            </w:rPr>
            <w:t>Hazırlayan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2ED65E89" w14:textId="77777777" w:rsidR="005F2A25" w:rsidRPr="00305072" w:rsidRDefault="005F2A25" w:rsidP="005F2A25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  <w:sz w:val="16"/>
              <w:szCs w:val="16"/>
            </w:rPr>
          </w:pPr>
          <w:r w:rsidRPr="00305072">
            <w:rPr>
              <w:rFonts w:eastAsia="Calibri"/>
              <w:b/>
              <w:sz w:val="16"/>
              <w:szCs w:val="16"/>
            </w:rPr>
            <w:t>Kontrol Eden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70F56750" w14:textId="77777777" w:rsidR="005F2A25" w:rsidRPr="00305072" w:rsidRDefault="005F2A25" w:rsidP="005F2A25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  <w:sz w:val="16"/>
              <w:szCs w:val="16"/>
            </w:rPr>
          </w:pPr>
          <w:r w:rsidRPr="00305072">
            <w:rPr>
              <w:rFonts w:eastAsia="Calibri"/>
              <w:b/>
              <w:sz w:val="16"/>
              <w:szCs w:val="16"/>
            </w:rPr>
            <w:t>Onaylayan</w:t>
          </w:r>
        </w:p>
      </w:tc>
    </w:tr>
    <w:tr w:rsidR="005F2A25" w:rsidRPr="00305072" w14:paraId="1D995271" w14:textId="77777777" w:rsidTr="00FC460B">
      <w:trPr>
        <w:trHeight w:val="397"/>
      </w:trPr>
      <w:tc>
        <w:tcPr>
          <w:tcW w:w="3448" w:type="dxa"/>
          <w:shd w:val="clear" w:color="auto" w:fill="auto"/>
        </w:tcPr>
        <w:p w14:paraId="600463ED" w14:textId="77777777" w:rsidR="005F2A25" w:rsidRPr="00305072" w:rsidRDefault="005F2A25" w:rsidP="005F2A25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16"/>
              <w:szCs w:val="16"/>
            </w:rPr>
          </w:pPr>
          <w:r>
            <w:rPr>
              <w:rFonts w:eastAsia="Calibri"/>
              <w:sz w:val="16"/>
              <w:szCs w:val="16"/>
            </w:rPr>
            <w:t>Öğrenci İşleri Daire Başkanlığı</w:t>
          </w:r>
        </w:p>
      </w:tc>
      <w:tc>
        <w:tcPr>
          <w:tcW w:w="3448" w:type="dxa"/>
          <w:shd w:val="clear" w:color="auto" w:fill="auto"/>
        </w:tcPr>
        <w:p w14:paraId="237A766F" w14:textId="77777777" w:rsidR="005F2A25" w:rsidRPr="00305072" w:rsidRDefault="005F2A25" w:rsidP="005F2A25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16"/>
              <w:szCs w:val="16"/>
            </w:rPr>
          </w:pPr>
          <w:r w:rsidRPr="00305072">
            <w:rPr>
              <w:rFonts w:eastAsia="Calibri"/>
              <w:sz w:val="16"/>
              <w:szCs w:val="16"/>
            </w:rPr>
            <w:t>Stratejik Yönetim ve Kalite Koordinatörlüğü</w:t>
          </w:r>
        </w:p>
      </w:tc>
      <w:tc>
        <w:tcPr>
          <w:tcW w:w="3448" w:type="dxa"/>
          <w:shd w:val="clear" w:color="auto" w:fill="auto"/>
        </w:tcPr>
        <w:p w14:paraId="2C1E330D" w14:textId="77777777" w:rsidR="005F2A25" w:rsidRPr="00305072" w:rsidRDefault="005F2A25" w:rsidP="005F2A25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16"/>
              <w:szCs w:val="16"/>
            </w:rPr>
          </w:pPr>
          <w:r w:rsidRPr="00305072">
            <w:rPr>
              <w:rFonts w:eastAsia="Calibri"/>
              <w:sz w:val="16"/>
              <w:szCs w:val="16"/>
            </w:rPr>
            <w:t>Kalite Komisyonu</w:t>
          </w:r>
        </w:p>
      </w:tc>
    </w:tr>
  </w:tbl>
  <w:p w14:paraId="26999622" w14:textId="77777777" w:rsidR="005F2A25" w:rsidRDefault="005F2A2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C18F9" w14:textId="77777777" w:rsidR="00280C7A" w:rsidRDefault="00280C7A" w:rsidP="005F2A25">
      <w:r>
        <w:separator/>
      </w:r>
    </w:p>
  </w:footnote>
  <w:footnote w:type="continuationSeparator" w:id="0">
    <w:p w14:paraId="781D24CD" w14:textId="77777777" w:rsidR="00280C7A" w:rsidRDefault="00280C7A" w:rsidP="005F2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81" w:type="dxa"/>
      <w:jc w:val="center"/>
      <w:tblBorders>
        <w:bottom w:val="single" w:sz="12" w:space="0" w:color="44546A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5F2A25" w:rsidRPr="00E02E4A" w14:paraId="44E6DE3D" w14:textId="77777777" w:rsidTr="00FC460B">
      <w:trPr>
        <w:trHeight w:val="283"/>
        <w:jc w:val="center"/>
      </w:trPr>
      <w:tc>
        <w:tcPr>
          <w:tcW w:w="1276" w:type="dxa"/>
          <w:vMerge w:val="restart"/>
          <w:shd w:val="clear" w:color="auto" w:fill="auto"/>
          <w:vAlign w:val="center"/>
        </w:tcPr>
        <w:p w14:paraId="0F84DBEC" w14:textId="362F6A92" w:rsidR="005F2A25" w:rsidRPr="001E1FC2" w:rsidRDefault="005F2A25" w:rsidP="005F2A25">
          <w:pPr>
            <w:pStyle w:val="stbilgi"/>
            <w:jc w:val="center"/>
            <w:rPr>
              <w:rFonts w:ascii="Arial" w:eastAsia="Calibri" w:hAnsi="Arial" w:cs="Arial"/>
            </w:rPr>
          </w:pPr>
          <w:r w:rsidRPr="001E1FC2">
            <w:rPr>
              <w:rFonts w:ascii="Arial" w:eastAsia="Calibri" w:hAnsi="Arial" w:cs="Arial"/>
              <w:noProof/>
              <w:lang w:val="tr-TR" w:eastAsia="tr-TR"/>
            </w:rPr>
            <w:drawing>
              <wp:inline distT="0" distB="0" distL="0" distR="0" wp14:anchorId="6F7FA90A" wp14:editId="162F7886">
                <wp:extent cx="657225" cy="657225"/>
                <wp:effectExtent l="0" t="0" r="9525" b="9525"/>
                <wp:docPr id="1" name="Resim 1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87757317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shd w:val="clear" w:color="auto" w:fill="auto"/>
          <w:vAlign w:val="center"/>
        </w:tcPr>
        <w:p w14:paraId="76F5A6CD" w14:textId="77777777" w:rsidR="005F2A25" w:rsidRPr="00305072" w:rsidRDefault="005F2A25" w:rsidP="005F2A25">
          <w:pPr>
            <w:pStyle w:val="stbilgi"/>
            <w:jc w:val="center"/>
            <w:rPr>
              <w:rFonts w:eastAsia="Calibri"/>
              <w:b/>
              <w:color w:val="002060"/>
              <w:sz w:val="20"/>
              <w:szCs w:val="20"/>
            </w:rPr>
          </w:pPr>
          <w:r w:rsidRPr="00305072">
            <w:rPr>
              <w:rFonts w:eastAsia="Calibri"/>
              <w:b/>
              <w:sz w:val="20"/>
              <w:szCs w:val="20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shd w:val="clear" w:color="auto" w:fill="auto"/>
          <w:vAlign w:val="center"/>
        </w:tcPr>
        <w:p w14:paraId="490CFDE8" w14:textId="77777777" w:rsidR="005F2A25" w:rsidRPr="00305072" w:rsidRDefault="005F2A25" w:rsidP="005F2A25">
          <w:pPr>
            <w:pStyle w:val="stbilgi"/>
            <w:rPr>
              <w:rFonts w:eastAsia="Calibri"/>
              <w:b/>
              <w:sz w:val="16"/>
              <w:szCs w:val="16"/>
            </w:rPr>
          </w:pPr>
          <w:r w:rsidRPr="00305072">
            <w:rPr>
              <w:rFonts w:eastAsia="Calibri"/>
              <w:b/>
              <w:bCs/>
              <w:noProof/>
              <w:sz w:val="16"/>
              <w:szCs w:val="16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shd w:val="clear" w:color="auto" w:fill="auto"/>
          <w:vAlign w:val="center"/>
        </w:tcPr>
        <w:p w14:paraId="12759BCE" w14:textId="77777777" w:rsidR="005F2A25" w:rsidRPr="00305072" w:rsidRDefault="005F2A25" w:rsidP="005F2A25">
          <w:pPr>
            <w:pStyle w:val="stbilgi"/>
            <w:rPr>
              <w:rFonts w:eastAsia="Calibri"/>
              <w:b/>
              <w:color w:val="E30713"/>
              <w:sz w:val="16"/>
              <w:szCs w:val="16"/>
            </w:rPr>
          </w:pPr>
          <w:r w:rsidRPr="00305072">
            <w:rPr>
              <w:rFonts w:eastAsia="Calibri"/>
              <w:noProof/>
              <w:color w:val="E30713"/>
              <w:sz w:val="16"/>
              <w:szCs w:val="16"/>
            </w:rPr>
            <w:t>KYT-FRM-</w:t>
          </w:r>
          <w:r>
            <w:rPr>
              <w:rFonts w:eastAsia="Calibri"/>
              <w:noProof/>
              <w:color w:val="E30713"/>
              <w:sz w:val="16"/>
              <w:szCs w:val="16"/>
            </w:rPr>
            <w:t>390</w:t>
          </w:r>
        </w:p>
      </w:tc>
    </w:tr>
    <w:tr w:rsidR="005F2A25" w:rsidRPr="00E02E4A" w14:paraId="1090950E" w14:textId="77777777" w:rsidTr="00FC460B">
      <w:trPr>
        <w:trHeight w:val="283"/>
        <w:jc w:val="center"/>
      </w:trPr>
      <w:tc>
        <w:tcPr>
          <w:tcW w:w="1276" w:type="dxa"/>
          <w:vMerge/>
          <w:shd w:val="clear" w:color="auto" w:fill="auto"/>
          <w:vAlign w:val="center"/>
        </w:tcPr>
        <w:p w14:paraId="67E8B109" w14:textId="77777777" w:rsidR="005F2A25" w:rsidRPr="001E1FC2" w:rsidRDefault="005F2A25" w:rsidP="005F2A25">
          <w:pPr>
            <w:pStyle w:val="stbilgi"/>
            <w:rPr>
              <w:rFonts w:ascii="Arial" w:eastAsia="Calibri" w:hAnsi="Arial" w:cs="Arial"/>
              <w:noProof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shd w:val="clear" w:color="auto" w:fill="auto"/>
          <w:vAlign w:val="center"/>
        </w:tcPr>
        <w:p w14:paraId="64DC8F2B" w14:textId="77777777" w:rsidR="005F2A25" w:rsidRPr="00305072" w:rsidRDefault="005F2A25" w:rsidP="005F2A25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Disiplin Cezası Rapor Özeti Formu</w:t>
          </w:r>
        </w:p>
      </w:tc>
      <w:tc>
        <w:tcPr>
          <w:tcW w:w="1828" w:type="dxa"/>
          <w:tcBorders>
            <w:right w:val="nil"/>
          </w:tcBorders>
          <w:shd w:val="clear" w:color="auto" w:fill="auto"/>
          <w:vAlign w:val="center"/>
        </w:tcPr>
        <w:p w14:paraId="7C6D49D9" w14:textId="77777777" w:rsidR="005F2A25" w:rsidRPr="00305072" w:rsidRDefault="005F2A25" w:rsidP="005F2A25">
          <w:pPr>
            <w:pStyle w:val="stbilgi"/>
            <w:rPr>
              <w:rFonts w:eastAsia="Calibri"/>
              <w:b/>
              <w:sz w:val="16"/>
              <w:szCs w:val="16"/>
            </w:rPr>
          </w:pPr>
          <w:r w:rsidRPr="00305072">
            <w:rPr>
              <w:rFonts w:eastAsia="Calibri"/>
              <w:b/>
              <w:bCs/>
              <w:sz w:val="16"/>
              <w:szCs w:val="16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shd w:val="clear" w:color="auto" w:fill="auto"/>
          <w:vAlign w:val="center"/>
        </w:tcPr>
        <w:p w14:paraId="07B6F2E3" w14:textId="77777777" w:rsidR="005F2A25" w:rsidRPr="00305072" w:rsidRDefault="005F2A25" w:rsidP="005F2A25">
          <w:pPr>
            <w:pStyle w:val="stbilgi"/>
            <w:rPr>
              <w:rFonts w:eastAsia="Calibri"/>
              <w:color w:val="E30713"/>
              <w:sz w:val="16"/>
              <w:szCs w:val="16"/>
            </w:rPr>
          </w:pPr>
          <w:r>
            <w:rPr>
              <w:rFonts w:eastAsia="Calibri"/>
              <w:color w:val="E30713"/>
              <w:sz w:val="16"/>
              <w:szCs w:val="16"/>
            </w:rPr>
            <w:t>25.08.2026</w:t>
          </w:r>
        </w:p>
      </w:tc>
    </w:tr>
    <w:tr w:rsidR="005F2A25" w:rsidRPr="00E02E4A" w14:paraId="0847E937" w14:textId="77777777" w:rsidTr="00FC460B">
      <w:trPr>
        <w:trHeight w:val="283"/>
        <w:jc w:val="center"/>
      </w:trPr>
      <w:tc>
        <w:tcPr>
          <w:tcW w:w="1276" w:type="dxa"/>
          <w:vMerge/>
          <w:shd w:val="clear" w:color="auto" w:fill="auto"/>
        </w:tcPr>
        <w:p w14:paraId="15B30278" w14:textId="77777777" w:rsidR="005F2A25" w:rsidRPr="001E1FC2" w:rsidRDefault="005F2A25" w:rsidP="005F2A25">
          <w:pPr>
            <w:pStyle w:val="stbilgi"/>
            <w:rPr>
              <w:rFonts w:ascii="Arial" w:eastAsia="Calibri" w:hAnsi="Arial" w:cs="Arial"/>
              <w:noProof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shd w:val="clear" w:color="auto" w:fill="auto"/>
          <w:vAlign w:val="center"/>
        </w:tcPr>
        <w:p w14:paraId="0F727AE8" w14:textId="77777777" w:rsidR="005F2A25" w:rsidRPr="001E1FC2" w:rsidRDefault="005F2A25" w:rsidP="005F2A25">
          <w:pPr>
            <w:pStyle w:val="stbilgi"/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shd w:val="clear" w:color="auto" w:fill="auto"/>
          <w:vAlign w:val="center"/>
        </w:tcPr>
        <w:p w14:paraId="35E1CA6F" w14:textId="77777777" w:rsidR="005F2A25" w:rsidRPr="00305072" w:rsidRDefault="005F2A25" w:rsidP="005F2A25">
          <w:pPr>
            <w:pStyle w:val="stbilgi"/>
            <w:rPr>
              <w:rFonts w:eastAsia="Calibri"/>
              <w:b/>
              <w:sz w:val="16"/>
              <w:szCs w:val="16"/>
            </w:rPr>
          </w:pPr>
          <w:r w:rsidRPr="00305072">
            <w:rPr>
              <w:rFonts w:eastAsia="Calibri"/>
              <w:b/>
              <w:bCs/>
              <w:sz w:val="16"/>
              <w:szCs w:val="16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shd w:val="clear" w:color="auto" w:fill="auto"/>
          <w:vAlign w:val="center"/>
        </w:tcPr>
        <w:p w14:paraId="321FC7FC" w14:textId="77777777" w:rsidR="005F2A25" w:rsidRPr="00305072" w:rsidRDefault="005F2A25" w:rsidP="005F2A25">
          <w:pPr>
            <w:pStyle w:val="stbilgi"/>
            <w:rPr>
              <w:rFonts w:eastAsia="Calibri"/>
              <w:b/>
              <w:color w:val="E30713"/>
              <w:sz w:val="16"/>
              <w:szCs w:val="16"/>
            </w:rPr>
          </w:pPr>
          <w:r>
            <w:rPr>
              <w:rFonts w:eastAsia="Calibri"/>
              <w:b/>
              <w:color w:val="E30713"/>
              <w:sz w:val="16"/>
              <w:szCs w:val="16"/>
            </w:rPr>
            <w:t>-</w:t>
          </w:r>
        </w:p>
      </w:tc>
    </w:tr>
    <w:tr w:rsidR="005F2A25" w:rsidRPr="00E02E4A" w14:paraId="09488C94" w14:textId="77777777" w:rsidTr="00FC460B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  <w:shd w:val="clear" w:color="auto" w:fill="auto"/>
        </w:tcPr>
        <w:p w14:paraId="49CA8E37" w14:textId="77777777" w:rsidR="005F2A25" w:rsidRPr="001E1FC2" w:rsidRDefault="005F2A25" w:rsidP="005F2A25">
          <w:pPr>
            <w:pStyle w:val="stbilgi"/>
            <w:rPr>
              <w:rFonts w:ascii="Arial" w:eastAsia="Calibri" w:hAnsi="Arial" w:cs="Arial"/>
              <w:noProof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shd w:val="clear" w:color="auto" w:fill="auto"/>
          <w:vAlign w:val="center"/>
        </w:tcPr>
        <w:p w14:paraId="7ABEA666" w14:textId="77777777" w:rsidR="005F2A25" w:rsidRPr="001E1FC2" w:rsidRDefault="005F2A25" w:rsidP="005F2A25">
          <w:pPr>
            <w:pStyle w:val="stbilgi"/>
            <w:jc w:val="center"/>
            <w:rPr>
              <w:rFonts w:ascii="Arial" w:eastAsia="Calibri" w:hAnsi="Arial" w:cs="Arial"/>
              <w:sz w:val="20"/>
              <w:szCs w:val="20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shd w:val="clear" w:color="auto" w:fill="auto"/>
          <w:vAlign w:val="center"/>
        </w:tcPr>
        <w:p w14:paraId="7F028FC3" w14:textId="77777777" w:rsidR="005F2A25" w:rsidRPr="00305072" w:rsidRDefault="005F2A25" w:rsidP="005F2A25">
          <w:pPr>
            <w:pStyle w:val="stbilgi"/>
            <w:rPr>
              <w:rFonts w:eastAsia="Calibri"/>
              <w:bCs/>
              <w:sz w:val="16"/>
              <w:szCs w:val="16"/>
            </w:rPr>
          </w:pPr>
          <w:r w:rsidRPr="00305072">
            <w:rPr>
              <w:rFonts w:eastAsia="Calibri"/>
              <w:b/>
              <w:sz w:val="16"/>
              <w:szCs w:val="16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shd w:val="clear" w:color="auto" w:fill="auto"/>
          <w:vAlign w:val="center"/>
        </w:tcPr>
        <w:p w14:paraId="20521DA8" w14:textId="77777777" w:rsidR="005F2A25" w:rsidRPr="00305072" w:rsidRDefault="005F2A25" w:rsidP="005F2A25">
          <w:pPr>
            <w:pStyle w:val="stbilgi"/>
            <w:rPr>
              <w:rFonts w:eastAsia="Calibri"/>
              <w:bCs/>
              <w:color w:val="E30713"/>
              <w:sz w:val="16"/>
              <w:szCs w:val="16"/>
            </w:rPr>
          </w:pPr>
          <w:r w:rsidRPr="00305072">
            <w:rPr>
              <w:rFonts w:eastAsia="Calibri"/>
              <w:bCs/>
              <w:color w:val="E30713"/>
              <w:sz w:val="16"/>
              <w:szCs w:val="16"/>
            </w:rPr>
            <w:fldChar w:fldCharType="begin"/>
          </w:r>
          <w:r w:rsidRPr="00305072">
            <w:rPr>
              <w:rFonts w:eastAsia="Calibri"/>
              <w:bCs/>
              <w:color w:val="E30713"/>
              <w:sz w:val="16"/>
              <w:szCs w:val="16"/>
            </w:rPr>
            <w:instrText>PAGE  \* Arabic  \* MERGEFORMAT</w:instrText>
          </w:r>
          <w:r w:rsidRPr="00305072">
            <w:rPr>
              <w:rFonts w:eastAsia="Calibri"/>
              <w:bCs/>
              <w:color w:val="E30713"/>
              <w:sz w:val="16"/>
              <w:szCs w:val="16"/>
            </w:rPr>
            <w:fldChar w:fldCharType="separate"/>
          </w:r>
          <w:r>
            <w:rPr>
              <w:rFonts w:eastAsia="Calibri"/>
              <w:bCs/>
              <w:noProof/>
              <w:color w:val="E30713"/>
              <w:sz w:val="16"/>
              <w:szCs w:val="16"/>
            </w:rPr>
            <w:t>1</w:t>
          </w:r>
          <w:r w:rsidRPr="00305072">
            <w:rPr>
              <w:rFonts w:eastAsia="Calibri"/>
              <w:bCs/>
              <w:color w:val="E30713"/>
              <w:sz w:val="16"/>
              <w:szCs w:val="16"/>
            </w:rPr>
            <w:fldChar w:fldCharType="end"/>
          </w:r>
          <w:r w:rsidRPr="00305072">
            <w:rPr>
              <w:rFonts w:eastAsia="Calibri"/>
              <w:bCs/>
              <w:color w:val="E30713"/>
              <w:sz w:val="16"/>
              <w:szCs w:val="16"/>
            </w:rPr>
            <w:t xml:space="preserve"> / </w:t>
          </w:r>
          <w:r w:rsidRPr="00305072">
            <w:rPr>
              <w:rFonts w:eastAsia="Calibri"/>
              <w:bCs/>
              <w:color w:val="E30713"/>
              <w:sz w:val="16"/>
              <w:szCs w:val="16"/>
            </w:rPr>
            <w:fldChar w:fldCharType="begin"/>
          </w:r>
          <w:r w:rsidRPr="00305072">
            <w:rPr>
              <w:rFonts w:eastAsia="Calibri"/>
              <w:bCs/>
              <w:color w:val="E30713"/>
              <w:sz w:val="16"/>
              <w:szCs w:val="16"/>
            </w:rPr>
            <w:instrText>NUMPAGES  \* Arabic  \* MERGEFORMAT</w:instrText>
          </w:r>
          <w:r w:rsidRPr="00305072">
            <w:rPr>
              <w:rFonts w:eastAsia="Calibri"/>
              <w:bCs/>
              <w:color w:val="E30713"/>
              <w:sz w:val="16"/>
              <w:szCs w:val="16"/>
            </w:rPr>
            <w:fldChar w:fldCharType="separate"/>
          </w:r>
          <w:r>
            <w:rPr>
              <w:rFonts w:eastAsia="Calibri"/>
              <w:bCs/>
              <w:noProof/>
              <w:color w:val="E30713"/>
              <w:sz w:val="16"/>
              <w:szCs w:val="16"/>
            </w:rPr>
            <w:t>1</w:t>
          </w:r>
          <w:r w:rsidRPr="00305072">
            <w:rPr>
              <w:rFonts w:eastAsia="Calibri"/>
              <w:bCs/>
              <w:color w:val="E30713"/>
              <w:sz w:val="16"/>
              <w:szCs w:val="16"/>
            </w:rPr>
            <w:fldChar w:fldCharType="end"/>
          </w:r>
        </w:p>
      </w:tc>
    </w:tr>
  </w:tbl>
  <w:p w14:paraId="28B87164" w14:textId="77777777" w:rsidR="005F2A25" w:rsidRDefault="005F2A2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F16FA"/>
    <w:rsid w:val="00280C7A"/>
    <w:rsid w:val="0029639D"/>
    <w:rsid w:val="002D6922"/>
    <w:rsid w:val="00326F90"/>
    <w:rsid w:val="004322A7"/>
    <w:rsid w:val="004C724F"/>
    <w:rsid w:val="005F2A25"/>
    <w:rsid w:val="00AA1D8D"/>
    <w:rsid w:val="00B47730"/>
    <w:rsid w:val="00CB0664"/>
    <w:rsid w:val="00D046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0C1F5"/>
  <w14:defaultImageDpi w14:val="300"/>
  <w15:docId w15:val="{7A7A429E-76A0-42B3-8264-EBEB58EA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bilgi Char"/>
    <w:basedOn w:val="VarsaylanParagrafYazTipi"/>
    <w:link w:val="stbilgi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046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46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4F36A7-A957-4D0D-A11F-0003FD69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Disiplin Rapor Özeti - Boş Form</vt:lpstr>
      <vt:lpstr/>
    </vt:vector>
  </TitlesOfParts>
  <Company/>
  <LinksUpToDate>false</LinksUpToDate>
  <CharactersWithSpaces>482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Disiplin Rapor Özeti - Boş Form</dc:title>
  <dc:subject>Boş ve düzenlenebilir disiplin rapor özeti formu</dc:subject>
  <dc:creator>Yozgat Bozok Üniversitesi</dc:creator>
  <cp:keywords>disiplin, rapor özeti, boş form</cp:keywords>
  <dc:description>generated by python-docx</dc:description>
  <cp:lastModifiedBy>pc</cp:lastModifiedBy>
  <cp:revision>3</cp:revision>
  <dcterms:created xsi:type="dcterms:W3CDTF">2026-08-25T09:50:00Z</dcterms:created>
  <dcterms:modified xsi:type="dcterms:W3CDTF">2026-08-25T10:34:00Z</dcterms:modified>
</cp:coreProperties>
</file>